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Convention de mise à disposition d'espace et de matériel</w:t>
      </w:r>
    </w:p>
    <w:p>
      <w:r>
        <w:rPr>
          <w:color w:val="553320"/>
          <w:sz w:val="18"/>
        </w:rPr>
        <w:t>Modèle à compléter entre un studio (yoga, Pilates, salle d'entraînement, cabinet) et un intervenant indépendant. Remplacez les passages entre crochets, gardez les options qui vous concernent et supprimez les autres, adaptez les clauses à votre fonctionnement, puis imprimez en deux exemplaires à signer.</w:t>
      </w:r>
    </w:p>
    <w:p>
      <w:pPr>
        <w:shd w:val="clear" w:fill="FFE8C5"/>
        <w:spacing w:before="120" w:after="160"/>
      </w:pPr>
      <w:r>
        <w:rPr>
          <w:b/>
        </w:rPr>
        <w:t xml:space="preserve">À lire avant de l’utiliser. </w:t>
      </w:r>
      <w:r>
        <w:t>Modèle indicatif, à adapter en fonction de votre situation réelle (bail, activité, matériel) et à faire relire par un juriste le cas échéant. Il est fourni à titre d'information et ne constitue pas un conseil juridique.</w:t>
      </w:r>
    </w:p>
    <w:p>
      <w:pPr>
        <w:pStyle w:val="Heading1"/>
      </w:pPr>
      <w:r>
        <w:t>Entre les soussignés</w:t>
      </w:r>
    </w:p>
    <w:p>
      <w:r>
        <w:rPr>
          <w:b/>
        </w:rPr>
        <w:t>L'établissement d'accueil</w:t>
      </w:r>
      <w:r>
        <w:br/>
        <w:t>[Nom du studio / de la société / nom et prénom], SIRET : [numéro]</w:t>
      </w:r>
      <w:r>
        <w:br/>
        <w:t>Domicilié(e) ou siège social : [adresse complète du studio]</w:t>
      </w:r>
      <w:r>
        <w:br/>
        <w:t>Représenté(e) par : [nom du responsable]</w:t>
      </w:r>
      <w:r>
        <w:br/>
        <w:t>Ci-après dénommé(e) « le Studio »,</w:t>
      </w:r>
    </w:p>
    <w:p>
      <w:r>
        <w:rPr>
          <w:b/>
        </w:rPr>
        <w:t>et l'intervenant(e)</w:t>
      </w:r>
      <w:r>
        <w:br/>
        <w:t>[Nom et prénom ou nom de la structure], SIRET : [numéro]</w:t>
      </w:r>
      <w:r>
        <w:br/>
        <w:t>Domicilié(e) : [adresse de l'intervenant]</w:t>
      </w:r>
      <w:r>
        <w:br/>
        <w:t>Assurance RC Pro : [nom de la compagnie et n° de contrat]</w:t>
      </w:r>
      <w:r>
        <w:br/>
        <w:t>Ci-après dénommé(e) « l'Intervenant ».</w:t>
      </w:r>
    </w:p>
    <w:p>
      <w:pPr>
        <w:pStyle w:val="Heading1"/>
      </w:pPr>
      <w:r>
        <w:t>Préambule</w:t>
      </w:r>
    </w:p>
    <w:p>
      <w:r>
        <w:t>Le Studio déclare être, pour les locaux situés à l'adresse ci-dessus :</w:t>
      </w:r>
    </w:p>
    <w:p>
      <w:pPr>
        <w:spacing w:after="40"/>
        <w:ind w:left="283"/>
      </w:pPr>
      <w:r>
        <w:t>☐  propriétaire des locaux ;</w:t>
      </w:r>
    </w:p>
    <w:p>
      <w:pPr>
        <w:spacing w:after="40"/>
        <w:ind w:left="283"/>
      </w:pPr>
      <w:r>
        <w:t>☐  locataire des locaux, en vertu d'un bail autorisant la mise à disposition ou la sous-location ;</w:t>
      </w:r>
    </w:p>
    <w:p>
      <w:pPr>
        <w:spacing w:after="40"/>
        <w:ind w:left="283"/>
      </w:pPr>
      <w:r>
        <w:t>☐  locataire des locaux, avec l'accord écrit du bailleur en date du [date].</w:t>
      </w:r>
    </w:p>
    <w:p>
      <w:pPr>
        <w:pStyle w:val="Heading1"/>
      </w:pPr>
      <w:r>
        <w:t>Article 1 : objet de la convention</w:t>
      </w:r>
    </w:p>
    <w:p>
      <w:r>
        <w:t>Le Studio met à la disposition de l'Intervenant, qui l'accepte, l'espace désigné à l'article 3, afin de lui permettre d'y exercer son activité de [ex. cours de yoga vinyasa / Pilates sur machines / coaching sportif / consultations de sophrologie].</w:t>
      </w:r>
    </w:p>
    <w:p>
      <w:pPr>
        <w:pStyle w:val="Heading1"/>
      </w:pPr>
      <w:r>
        <w:t>Article 2 : indépendance de l'Intervenant</w:t>
      </w:r>
    </w:p>
    <w:p>
      <w:r>
        <w:t>L'Intervenant exerce son activité en toute indépendance. Il choisit le contenu de ses séances, fixe librement ses tarifs, encaisse directement le règlement de ses élèves et reste libre d'exercer dans d'autres lieux. La présente convention ne crée aucun lien de subordination entre les parties.</w:t>
      </w:r>
    </w:p>
    <w:p>
      <w:pPr>
        <w:pStyle w:val="Heading1"/>
      </w:pPr>
      <w:r>
        <w:t>Article 3 : désignation des locaux et créneaux</w:t>
      </w:r>
    </w:p>
    <w:p>
      <w:pPr>
        <w:pStyle w:val="ListBullet"/>
      </w:pPr>
      <w:r>
        <w:t>Lieu : [grande salle de pratique / cabinet 1], situé au [adresse].</w:t>
      </w:r>
    </w:p>
    <w:p>
      <w:pPr>
        <w:pStyle w:val="ListBullet"/>
      </w:pPr>
      <w:r>
        <w:t>Créneaux réservés : [ex. tous les jeudis de 18 h à 19 h 30, hors vacances scolaires].</w:t>
      </w:r>
    </w:p>
    <w:p>
      <w:pPr>
        <w:pStyle w:val="ListBullet"/>
      </w:pPr>
      <w:r>
        <w:t>Temps de transition : l'Intervenant dispose d'un accès aux locaux [15 minutes] avant et [15 minutes] après son cours pour accueillir ses pratiquants et remettre la salle en ordre.</w:t>
      </w:r>
    </w:p>
    <w:p>
      <w:pPr>
        <w:pStyle w:val="ListBullet"/>
      </w:pPr>
      <w:r>
        <w:t>Capacité : l'Intervenant ne reçoit pas plus de [nombre] participants à la fois dans la salle.</w:t>
      </w:r>
    </w:p>
    <w:p>
      <w:pPr>
        <w:pStyle w:val="Heading1"/>
      </w:pPr>
      <w:r>
        <w:t>Article 4 : matériel, accès et conditions d'utilisation</w:t>
      </w:r>
    </w:p>
    <w:p>
      <w:r>
        <w:t>L'Intervenant a accès au matériel suivant du Studio : [tapis, briques, coussins, système son].</w:t>
      </w:r>
    </w:p>
    <w:p>
      <w:r>
        <w:t>[Pour un studio équipé : l'usage des machines ([reformer, cadillac, appareils de musculation]) est réservé à l'Intervenant formé à leur utilisation, à raison d'un élève par machine. L'Intervenant vérifie leur état avant chaque séance et signale toute anomalie au Studio.]</w:t>
      </w:r>
    </w:p>
    <w:p>
      <w:r>
        <w:t>Le Studio lui remet [une clé / un badge / le code de l'alarme]. En cas de perte, l'Intervenant prévient le Studio sans délai et prend en charge [les frais de remplacement]. Les accès sont restitués à la fin de la convention.</w:t>
      </w:r>
    </w:p>
    <w:p>
      <w:r>
        <w:t>L'Intervenant s'engage à :</w:t>
      </w:r>
    </w:p>
    <w:p>
      <w:pPr>
        <w:pStyle w:val="ListBullet"/>
      </w:pPr>
      <w:r>
        <w:t>laisser la salle propre, le matériel rangé et nettoyé après chaque séance ;</w:t>
      </w:r>
    </w:p>
    <w:p>
      <w:pPr>
        <w:pStyle w:val="ListBullet"/>
      </w:pPr>
      <w:r>
        <w:t>éteindre les équipements électriques, les lumières et le chauffage ou la climatisation en partant ;</w:t>
      </w:r>
    </w:p>
    <w:p>
      <w:pPr>
        <w:pStyle w:val="ListBullet"/>
      </w:pPr>
      <w:r>
        <w:t>informer rapidement le Studio en cas de dysfonctionnement ou de dégât constaté.</w:t>
      </w:r>
    </w:p>
    <w:p>
      <w:r>
        <w:t>L'Intervenant reconnaît avoir visité les locaux, pris connaissance des consignes de sécurité (issues de secours, extincteurs) et les trouver adaptés à l'exercice de son activité.</w:t>
      </w:r>
    </w:p>
    <w:p>
      <w:pPr>
        <w:pStyle w:val="Heading1"/>
      </w:pPr>
      <w:r>
        <w:t>Article 5 : tarifs et modalités de règlement</w:t>
      </w:r>
    </w:p>
    <w:p>
      <w:pPr>
        <w:pStyle w:val="ListBullet"/>
      </w:pPr>
      <w:r>
        <w:t>Tarif convenu : [ex. 25 € HT par heure de mise à disposition / forfait de 150 € HT par mois] [ou, si le Studio ne facture pas la TVA : « TVA non applicable, article 293 B du CGI »].</w:t>
      </w:r>
    </w:p>
    <w:p>
      <w:pPr>
        <w:pStyle w:val="ListBullet"/>
      </w:pPr>
      <w:r>
        <w:t>Modalités : règlement [mensuel, avant le 5 du mois / à la réservation] par [virement / prélèvement].</w:t>
      </w:r>
    </w:p>
    <w:p>
      <w:pPr>
        <w:pStyle w:val="ListBullet"/>
      </w:pPr>
      <w:r>
        <w:t>Annulation : en cas d'annulation d'un créneau par l'Intervenant à moins de [ex. 14 jours] du cours, la somme reste intégralement due au Studio.</w:t>
      </w:r>
    </w:p>
    <w:p>
      <w:pPr>
        <w:pStyle w:val="Heading1"/>
      </w:pPr>
      <w:r>
        <w:t>Article 6 : assurances et responsabilité</w:t>
      </w:r>
    </w:p>
    <w:p>
      <w:r>
        <w:t>L'Intervenant atteste être couvert par une assurance responsabilité civile professionnelle à jour, couvrant aussi les dommages causés aux locaux et au matériel mis à sa disposition, et s'engage à en fournir une copie au Studio. Le Studio décline toute responsabilité en cas de perte ou de vol d'effets personnels dans les locaux.</w:t>
      </w:r>
    </w:p>
    <w:p>
      <w:pPr>
        <w:pStyle w:val="Heading1"/>
      </w:pPr>
      <w:r>
        <w:t>Article 7 : durée et résiliation</w:t>
      </w:r>
    </w:p>
    <w:p>
      <w:r>
        <w:t>La présente convention est conclue pour une durée de [ex. 6 mois / 1 an], du [date de début] au [date de fin].</w:t>
      </w:r>
    </w:p>
    <w:p>
      <w:r>
        <w:t>Chaque partie peut y mettre fin à tout moment, sous réserve d'un préavis de [ex. 1 mois] notifié par écrit (e-mail ou lettre recommandée avec accusé de réception).</w:t>
      </w:r>
    </w:p>
    <w:p>
      <w:pPr>
        <w:spacing w:before="280"/>
      </w:pPr>
      <w:r>
        <w:t>Fait à [ville], le [date], en deux exemplaires originaux.</w:t>
      </w:r>
    </w:p>
    <w:p>
      <w:r>
        <w:t>Signatures précédées de la mention « Lu et approuvé ».</w:t>
      </w:r>
    </w:p>
    <w:tbl>
      <w:tblPr>
        <w:tblW w:type="auto" w:w="0"/>
        <w:tblLayout w:type="autofit"/>
        <w:tblLook w:firstColumn="1" w:firstRow="1" w:lastColumn="0" w:lastRow="0" w:noHBand="0" w:noVBand="1" w:val="04A0"/>
      </w:tblPr>
      <w:tblGrid>
        <w:gridCol w:w="4819"/>
        <w:gridCol w:w="4819"/>
      </w:tblGrid>
      <w:tr>
        <w:tc>
          <w:tcPr>
            <w:tcW w:type="dxa" w:w="4819"/>
          </w:tcPr>
          <w:p>
            <w:pPr>
              <w:jc w:val="left"/>
            </w:pPr>
            <w:r>
              <w:rPr>
                <w:b/>
              </w:rPr>
              <w:t>Pour le Studio</w:t>
            </w:r>
            <w:r>
              <w:br/>
              <w:t>Nom et prénom :</w:t>
              <w:br/>
              <w:br/>
              <w:br/>
              <w:br/>
              <w:t>Signature :</w:t>
            </w:r>
          </w:p>
        </w:tc>
        <w:tc>
          <w:tcPr>
            <w:tcW w:type="dxa" w:w="4819"/>
          </w:tcPr>
          <w:p>
            <w:pPr>
              <w:jc w:val="left"/>
            </w:pPr>
            <w:r>
              <w:rPr>
                <w:b/>
              </w:rPr>
              <w:t>Pour l'Intervenant</w:t>
            </w:r>
            <w:r>
              <w:br/>
              <w:t>Nom et prénom :</w:t>
              <w:br/>
              <w:br/>
              <w:br/>
              <w:br/>
              <w:t>Signature :</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3320"/>
        <w:sz w:val="16"/>
      </w:rPr>
      <w:t xml:space="preserve">Modèle indicatif à adapter à votre situation réelle, à faire relire par un juriste le cas échéant. Guide : </w:t>
    </w:r>
    <w:hyperlink r:id="rId1">
      <w:r>
        <w:rPr>
          <w:u w:val="single"/>
        </w:rPr>
        <w:t>aurarios.fr/ressources/louer-sa-salle-de-yoga</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8" w:lineRule="auto"/>
    </w:pPr>
    <w:rPr>
      <w:rFonts w:ascii="Arial" w:hAnsi="Arial" w:eastAsia="Arial"/>
      <w:color w:val="2D29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b/>
      <w:bCs/>
      <w:color w:val="2D292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b/>
      <w:color w:val="2D2926"/>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aurarios.fr/ressources/louer-sa-salle-de-yo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convention de mise à disposition de salle (yoga, Pilates, coaching)</dc:title>
  <dc:subject>Convention entre un studio et un intervenant indépendant qui loue sa salle</dc:subject>
  <dc:creator>Aurarios</dc:creator>
  <cp:keywords>convention de mise à disposition, location salle de yoga, sous-location, studio de Pilates, modèle de contrat</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